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Méthodes de la géophysique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Mechler,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2040104143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géophysique/ gravimétrie/ magnétisme/ </w:t>
            </w:r>
          </w:p>
        </w:tc>
      </w:tr>
    </w:tbl>
    <w:p>
      <w:pPr>
        <w:pStyle w:val="Heading3"/>
      </w:pPr>
      <w:r>
        <w:t>Résumé :</w:t>
      </w:r>
    </w:p>
    <w:p>
      <w:r>
        <w:t>Le livre se concentre sur les principes physiques, la méthodologie et les applications pratiques, tout en restant accessible aux étudiants et aux professionnels débutants en géophysique.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