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Frottement , usure et lubrification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Georges,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2212058233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tribologie (technologie)/ frottement lubrifié/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 des phénomènes fondamentaux liés au contact entre surfaces solides, en mettant l’accent sur trois aspects majeurs : le frottement, l’usure et la lubrification. Il s’inscrit dans le domaine de la Tribologie.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