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paramétrique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Grim, Zoulikha/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9789961015902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test de student/ degré de liberté/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 fournir les outils nécessaires pour induire les propriétés d'une population à partir d'un échantillon. Contrairement à la statistique descriptive, la statistique paramétrique repose sur l'hypothèse que les données suivent une loi de probabilité connue (souvent la loi normale) dont on cherche à estimer les paramètres.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