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Géophysique des bassins sédimentaires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Henry,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XVIII-445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noir et en coul. 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405-408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2710806584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Bassins sédimentaires/ prospection géophysique/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avant tout aux spécialistes des Sciences de la terre qui auront à employer les techniques géophysiques ou à en utiliser les résultats. Il rassemble, pour les spécialistes de l'exploration pétrolière, les méthodes et traitements utilisés à l'heure actuelle. Il constitue également un manuel de formation pour les étudiants du niveau DEA, DESS ou élèves-ingénieurs et pour les stages de recyclage ou de formation permanente.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