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revetement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Henn, Walter/ Walbaum, Angelika/ Walbaum, Pierre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revêtement de sols/ PVC (polychlorure de vinyle)/ finitions de sol/ entretien des surfaces/ architecture moderne/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approche complète et technique des sols en architecture et en construction, en mettant l’accent sur leurs fonctions, performances et aspects esthétiques.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