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théory of probability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Gnedenko, B.V./ Yankovsky, George/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382-387. Index p.p. 388-392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characteristic function/ axiomatic foundation/ </w:t>
            </w:r>
          </w:p>
        </w:tc>
      </w:tr>
    </w:tbl>
    <w:p>
      <w:pPr>
        <w:pStyle w:val="Heading3"/>
      </w:pPr>
      <w:r>
        <w:t>Résumé :</w:t>
      </w:r>
    </w:p>
    <w:p>
      <w:r>
        <w:t>In this book celebrated for balancing high-level axiomatic rigor with pedagogical clarity. It transitions from the elementary concepts of probability to the sophisticated world of limit theorems and stochastic processes.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