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stratigraphique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Gignoux, Maurice/ Moret, Léon/ </w:t>
            </w:r>
          </w:p>
        </w:tc>
      </w:tr>
      <w:tr>
        <w:trPr>
          <w:trHeight w:val="567"/>
        </w:trPr>
        <w:tc>
          <w:tcPr>
            <w:tcW w:type="dxa" w:w="3000"/>
          </w:tcPr>
          <w:p>
            <w:r>
              <w:t>Edition</w:t>
            </w:r>
          </w:p>
        </w:tc>
        <w:tc>
          <w:tcPr>
            <w:tcW w:type="dxa" w:w="7000"/>
          </w:tcPr>
          <w:p>
            <w:r>
              <w:t>5e édition, complétée d'un addendum</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759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stratigraphique/ </w:t>
            </w:r>
          </w:p>
        </w:tc>
      </w:tr>
    </w:tbl>
    <w:p>
      <w:pPr>
        <w:pStyle w:val="Heading3"/>
      </w:pPr>
      <w:r>
        <w:t>Résumé :</w:t>
      </w:r>
    </w:p>
    <w:p>
      <w:r>
        <w:t>Cet ouvrage présente les principes de la stratigraphie, c’est-à-dire l’étude des couches de roches et de leur succession dans le temps. Il explique comment les formations géologiques permettent de reconstituer l’histoire de la Terre, notamment grâce aux fossiles et à la datation relative. Le livre met ainsi en évidence l’évolution des milieux et des événements géologiques au cours des différentes périodes.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