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Berkoune, Abdenour/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Notation p.179 Index p.p.181-188</w:t>
            </w:r>
          </w:p>
        </w:tc>
      </w:tr>
      <w:tr>
        <w:trPr>
          <w:trHeight w:val="567"/>
        </w:trPr>
        <w:tc>
          <w:tcPr>
            <w:tcW w:type="dxa" w:w="3000"/>
          </w:tcPr>
          <w:p>
            <w:r>
              <w:t>Numéro d'Identification</w:t>
            </w:r>
          </w:p>
        </w:tc>
        <w:tc>
          <w:tcPr>
            <w:tcW w:type="dxa" w:w="7000"/>
          </w:tcPr>
          <w:p>
            <w:r>
              <w:t>9789961006658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aide mémoire/ terminologie/ </w:t>
            </w:r>
          </w:p>
        </w:tc>
      </w:tr>
    </w:tbl>
    <w:p>
      <w:pPr>
        <w:pStyle w:val="Heading3"/>
      </w:pPr>
      <w:r>
        <w:t>Résumé :</w:t>
      </w:r>
    </w:p>
    <w:p>
      <w:r>
        <w:t>Le livre Aide mémoire de mécanique des fluides de Abdenour Berkoune est un ouvrage concis conçu comme un outil de référence rapide pour les étudiants en sciences et en ingénierie. Il rassemble de manière structurée les notions essentielles de la mécanique des fluides, notamment les propriétés des fluides, la statique (équilibre des fluides), la cinématique (description des mouvements) et la dynamique (étude des forces et des écoulements). L’auteur met l’accent sur les définitions clés et les équations fondamentales, présentées de façon claire et synthétique, afin de faciliter la compréhension et l’application directe. Ce livre ne développe pas longuement les théories, mais vise plutôt à fournir un support efficace pour la révision, la résolution d’exercices et la préparation aux examens, en permettant de retrouver rapidement les concepts et formules indispensables.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