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 haut niveau des systèmes monopuces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Jerraya, Ahmed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EGEM, électronique, génie électrique, microsystèmes. Électronique et micro-électronique(N°:None)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2746204339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abstraction système/ ordonnancement temporel/ </w:t>
            </w:r>
          </w:p>
        </w:tc>
      </w:tr>
    </w:tbl>
    <w:p>
      <w:pPr>
        <w:pStyle w:val="Heading3"/>
      </w:pPr>
      <w:r>
        <w:t>Résumé :</w:t>
      </w:r>
    </w:p>
    <w:p>
      <w:r>
        <w:t>L’ouvrage Conception de haut niveau des systèmes monopuces d’Ahmed-Amine Jerraya présente les méthodes modernes de conception des systèmes sur puce (SoC) à un niveau d’abstraction élevé.</w:t>
        <w:br/>
        <w:br/>
        <w:t>Il met en évidence la transition des spécifications fonctionnelles vers des architectures matérielles et logicielles optimisées.</w:t>
        <w:br/>
        <w:br/>
        <w:t>La modélisation système repose sur des langages de haut niveau permettant de décrire le comportement global des applications.</w:t>
        <w:br/>
        <w:br/>
        <w:t>Une étape essentielle est le partitionnement matériel/logiciel afin d’optimiser les performances et les coûts de réalisation.</w:t>
        <w:br/>
        <w:br/>
        <w:t>Le livre aborde la synthèse de haut niveau qui transforme les algorithmes en architectures exécutables.</w:t>
        <w:br/>
        <w:br/>
        <w:t>Les techniques de vérification et de simulation multi-niveaux assurent la validité des conceptions.</w:t>
        <w:br/>
        <w:br/>
        <w:t>L’intégration des architectures hétérogènes, incluant processeurs et circuits spécialisés, est largement développée.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