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logique et physique des systèmes monopuces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Jerraya, Ahmed 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EGEM, électronique, génie électrique, microsystèmes. Électronique et micro-électronique(N°:None)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2746204347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vérification fonctionnelle/ optimisation matérielle/ </w:t>
            </w:r>
          </w:p>
        </w:tc>
      </w:tr>
    </w:tbl>
    <w:p>
      <w:pPr>
        <w:pStyle w:val="Heading3"/>
      </w:pPr>
      <w:r>
        <w:t>Résumé :</w:t>
      </w:r>
    </w:p>
    <w:p>
      <w:r>
        <w:t>L’ouvrage Conception logique et physique des systèmes monopuces d’Ahmed-Amine Jerraya traite des méthodologies modernes de conception des systèmes sur puce (SoC).</w:t>
        <w:br/>
        <w:br/>
        <w:t>Il introduit les différents niveaux d’abstraction permettant de passer d’une spécification fonctionnelle à une implémentation matérielle.</w:t>
        <w:br/>
        <w:br/>
        <w:t>La synthèse comportementale est présentée comme une étape clé pour transformer les algorithmes en architectures matérielles optimisées.</w:t>
        <w:br/>
        <w:br/>
        <w:t>Le livre détaille ensuite la synthèse logique, qui convertit les descriptions RTL en réseaux de portes logiques.</w:t>
        <w:br/>
        <w:br/>
        <w:t>La conception physique est abordée à travers les étapes de placement, de routage et d’optimisation des performances.</w:t>
        <w:br/>
        <w:br/>
        <w:t>Les techniques de vérification sont essentielles pour assurer la conformité fonctionnelle et physique des circuits.</w:t>
        <w:br/>
        <w:br/>
        <w:t>Une partie importante est consacrée aux méthodes de testabilité et au diagnostic des défauts.</w:t>
        <w:br/>
        <w:br/>
        <w:t>L’ouvrage met aussi en avant la réutilisation des blocs IP pour réduire les temps de conception.</w:t>
        <w:br/>
        <w:br/>
        <w:t>Les architectures avancées de type multiprocesseur sur puce et réseaux d’interconnexion sont également étudiées.</w:t>
        <w:br/>
        <w:br/>
        <w:t>Ainsi, ce livre constitue une référence pour la conception complète et industrielle des systèmes monopuces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