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a semiconducteur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Chappey,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du C.N.E.T. Centre national d'études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 de puissance/ porteur de charge/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fondamental sur les composants à semi-conducteurs, qui présente à la fois leur fabrication, leur principe de fonctionnement et leurs caractéristiques électriques. bien qu’ancien, il constitue une base solide pour comprendre l’électronique moderne. ce livre propose une approche complète qui relie : la physique des matériaux, la technologie de fabrication, et le fonctionnement des composants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