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Gaultier,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sciences en fac(N°:None)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2711788423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loi binomiale/ densité de probabilité/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 outil précieux pour toute personne souhaitant acquérir ou approfondir ses connaissances en probabilités à travers une méthode d’apprentissage active et interactive.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