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Probabilités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Guégand, Jean/ Gavini,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La couv. porte en plus : "agro"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2729898077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519.2/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espace probabilisable/ fonction de répartition/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s'adressent aux élèves des classes préparatoires et aux étudiants des 1er cycles universitaires. Ils traitent de la totalité des programmes de mathématiques supérieures C et mathématiques spéciales C avec quelques compléments. Ce sont aussi des livres destinés à un plus large public, en particulier aux biologistes qui désirent renforcer leurs connaissances en mathématiques. On trouve à la fin de chaque chapitre des exercices, et pour certains d'entre eux une solution est proposée.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