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 communications et théorie de l'information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Charbit, Maurice/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457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2746207729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de communication/ fondement théorique/ </w:t>
            </w:r>
          </w:p>
        </w:tc>
      </w:tr>
    </w:tbl>
    <w:p>
      <w:pPr>
        <w:pStyle w:val="Heading3"/>
      </w:pPr>
      <w:r>
        <w:t>Résumé :</w:t>
      </w:r>
    </w:p>
    <w:p>
      <w:r>
        <w:t>Cet ouvrage présente les principes de base des systèmes de communications (téléphonie mobile, réseau sans fil, internet, télédiffusion et radiodiffusion numériques, positionnement par satellites, etc.). fruit d'un travail pédagogique, il correspond à un cours enseigné depuis de nombreuses années dans des écoles d'ingénieurs. ce livre donne une présentation détaillée des modulations numériques en bande de base et sur fréquence porteuse, une introduction aux codes correcteurs d'erreurs et se conclut par un chapitre de théorie de l'information qui est l'aboutissement d'une réflexion fondamentale sur le problème de la transmission sûre en présence de bruit. les chapitres comportent de nombreux exercices et, afin d'en faciliter la compréhension, des corrigés détaillés sont fournis en fin d'ouvrage. les expressions théoriques étant difficiles à exploiter, la simulation sur ordinateur est aujourd'hui un moyen incontournable d'études des systèmes complexes. c'est pourquoi un chapitre entier est consacré à des études de cas avec calculs et simulation. les solutions fournies dans les corrigés, utilisent matlab. ce choix est justifié par la facilité d'utilisation de ce langage mais aussi par l'existence d'une version dite "étudiant" et d'interpréteurs gratuits. ils permettent de faire de nombreuses simulations même si on ne dispose pas des toolbox commercialisées.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