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géotechnique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Holtz, Robert D./ Kovacs, William D./ </w:t>
            </w:r>
          </w:p>
        </w:tc>
      </w:tr>
      <w:tr>
        <w:trPr>
          <w:trHeight w:val="567"/>
        </w:trPr>
        <w:tc>
          <w:tcPr>
            <w:tcW w:type="dxa" w:w="3000"/>
          </w:tcPr>
          <w:p>
            <w:r>
              <w:t>Adresse bib.</w:t>
            </w:r>
          </w:p>
        </w:tc>
        <w:tc>
          <w:tcPr>
            <w:tcW w:type="dxa" w:w="7000"/>
          </w:tcPr>
          <w:p>
            <w:r>
              <w:t xml:space="preserve">Ecole polytechnique de Montréal/ </w:t>
            </w:r>
          </w:p>
        </w:tc>
      </w:tr>
      <w:tr>
        <w:trPr>
          <w:trHeight w:val="567"/>
        </w:trPr>
        <w:tc>
          <w:tcPr>
            <w:tcW w:type="dxa" w:w="3000"/>
          </w:tcPr>
          <w:p>
            <w:r>
              <w:t>Nombre de Pages</w:t>
            </w:r>
          </w:p>
        </w:tc>
        <w:tc>
          <w:tcPr>
            <w:tcW w:type="dxa" w:w="7000"/>
          </w:tcPr>
          <w:p>
            <w:r>
              <w:t>XII-784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Bibliogr. pp.. 775-784</w:t>
            </w:r>
          </w:p>
        </w:tc>
      </w:tr>
      <w:tr>
        <w:trPr>
          <w:trHeight w:val="567"/>
        </w:trPr>
        <w:tc>
          <w:tcPr>
            <w:tcW w:type="dxa" w:w="3000"/>
          </w:tcPr>
          <w:p>
            <w:r>
              <w:t>Numéro d'Identification</w:t>
            </w:r>
          </w:p>
        </w:tc>
        <w:tc>
          <w:tcPr>
            <w:tcW w:type="dxa" w:w="7000"/>
          </w:tcPr>
          <w:p>
            <w:r>
              <w:t>2553002223</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mécanique des sols/ densité des sols/ dimensionnement géotechnique/ propriétés des sols/ </w:t>
            </w:r>
          </w:p>
        </w:tc>
      </w:tr>
    </w:tbl>
    <w:p>
      <w:pPr>
        <w:pStyle w:val="Heading3"/>
      </w:pPr>
      <w:r>
        <w:t>Résumé :</w:t>
      </w:r>
    </w:p>
    <w:p>
      <w:r>
        <w:t>L’ouvrage explique d’abord les propriétés physiques et mécaniques des sols, en abordant leur origine, leur composition et leur classification. Il introduit ensuite les principes de la mécanique des sols, notamment les contraintes, la perméabilité, la consolidation et la résistance au cisaillement.</w:t>
        <w:br/>
        <w:br/>
        <w:t>Le livre met également l’accent sur les méthodes d’investigation géotechnique (essais en laboratoire et in situ) et sur l’interprétation des résultats pour le dimensionnement des ouvrages.</w:t>
        <w:br/>
        <w:br/>
        <w:t>Enfin, il relie la théorie à la pratique en présentant des applications concrètes comme les fondations, la stabilité des pentes et les ouvrages de soutènement, ce qui en fait une référence essentielle pour les étudiants et les ingénieurs débutants.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