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CEM, parasites et perturbations des électroniques. T4, alimentation, foudre, remèdes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Notes Générales</w:t>
            </w:r>
          </w:p>
        </w:tc>
        <w:tc>
          <w:tcPr>
            <w:tcW w:type="dxa" w:w="7000"/>
          </w:tcPr>
          <w:p>
            <w:r>
              <w:t>Bibliogr. Index p.p. 177-191</w:t>
            </w:r>
          </w:p>
        </w:tc>
      </w:tr>
      <w:tr>
        <w:trPr>
          <w:trHeight w:val="567"/>
        </w:trPr>
        <w:tc>
          <w:tcPr>
            <w:tcW w:type="dxa" w:w="3000"/>
          </w:tcPr>
          <w:p>
            <w:r>
              <w:t>Numéro d'Identification</w:t>
            </w:r>
          </w:p>
        </w:tc>
        <w:tc>
          <w:tcPr>
            <w:tcW w:type="dxa" w:w="7000"/>
          </w:tcPr>
          <w:p>
            <w:r>
              <w:t>9782100501564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immunité de équipement/ perturbation conduite et rayonnée/ </w:t>
            </w:r>
          </w:p>
        </w:tc>
      </w:tr>
    </w:tbl>
    <w:p>
      <w:pPr>
        <w:pStyle w:val="Heading3"/>
      </w:pPr>
      <w:r>
        <w:t>Résumé :</w:t>
      </w:r>
    </w:p>
    <w:p>
      <w:r>
        <w:t>Les parasites perturbent souvent les électroniques. leurs effets sont coûteux et peuvent être dangeraux. les remèdes apportés par tâtonnements sont rarement satisfaisants. pour résoudre un problème de parasites, à tous les coups et en maîtrisant les marges de sécurité, il importe de comprendre les phénomènes et d'en connaître les ordres de grandeur. les phénomènes électromagnétiques sont peu intuitifs et encore trop peu enseignés. de plus, les électroniques modernes remettent en cause bien des règles de l'art. en fait, il n'y a pas de mystère : les parasites sont de simples signaux électriques. résoudre un problème est souvent plus facile, plus rapide et moins coûteux que l'on ne l'imagine à priori. un peu de bon sens suffit pour comprendre les informations et pour mettre en oeuvre les recommandations décrites dans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