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LabVIEW digital signal processing and digital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Clark, Cory L./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0071444920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technique numérique/ traitement du signal/ </w:t>
            </w:r>
          </w:p>
        </w:tc>
      </w:tr>
    </w:tbl>
    <w:p>
      <w:pPr>
        <w:pStyle w:val="Heading3"/>
      </w:pPr>
      <w:r>
        <w:t>Résumé :</w:t>
      </w:r>
    </w:p>
    <w:p>
      <w:r>
        <w:t>LabVIEW, the revolutionary graphical programming language, has reached a level of sophistication that allows its use in powerful digital signal processing techniques. This book provides engineers with a step by step tutorial to creating powerful DSP virtual instruments with LabVIEW</w:t>
        <w:br/>
        <w:br/>
        <w:br/>
        <w:br/>
        <w:br/>
        <w:br/>
        <w:t>LabVIEW Digital Signal Processing teaches engineers how to use the graphical programming language to create virtual instruments to handle to most sophisticated DSP applications. From basic filters to complex sampling mechanisms to signal generators, LabVIEW virtual instruments (VIs) can make DSP work faster and much less expensive - a particular boon to the many engineers working on cutting edge communications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