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des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Chapouille, Pierre/ Pazzis, Roger de/ Baron, J/ Davous,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VIII-287 p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Techniques de base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277-279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