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à l'optoélectronique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Chaimowicz, Jean-Claude/ Grosmann,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387-396.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2100012924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semi-conducteurs/ Interaction lumière-matière/ </w:t>
            </w:r>
          </w:p>
        </w:tc>
      </w:tr>
    </w:tbl>
    <w:p>
      <w:pPr>
        <w:pStyle w:val="Heading3"/>
      </w:pPr>
      <w:r>
        <w:t>Résumé :</w:t>
      </w:r>
    </w:p>
    <w:p>
      <w:r>
        <w:t>Ce livre est une introduction pédagogique à l’optoélectronique, discipline qui associe l’électronique et la photonique. Il explique comment la lumière peut être utilisée pour transmettre, détecter et transformer des signaux électriques dans les systèmes modernes.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