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Iintégration au milieu  de travail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Cemeq/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CEMEQ/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9782896204007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intégration professionnelle/ milieu de travail/ </w:t>
            </w:r>
          </w:p>
        </w:tc>
      </w:tr>
    </w:tbl>
    <w:p>
      <w:pPr>
        <w:pStyle w:val="Heading3"/>
      </w:pPr>
      <w:r>
        <w:t>Résumé :</w:t>
      </w:r>
    </w:p>
    <w:p>
      <w:r>
        <w:t>Ce guide a pour objectif de préparer les apprenants à une intégration réussie dans le monde du travail. Il met l’accent sur le développement des attitudes professionnelles, des compétences sociales et des comportements attendus en entreprise.</w:t>
        <w:br/>
        <w:br/>
        <w:br/>
        <w:br/>
        <w:t>L’ouvrage aborde plusieurs dimensions essentielles :</w:t>
        <w:br/>
        <w:br/>
        <w:br/>
        <w:br/>
        <w:t>La compréhension du milieu de travail : rôles, hiérarchie, règles et culture organisationnelle.</w:t>
        <w:br/>
        <w:br/>
        <w:br/>
        <w:br/>
        <w:t>Les comportements professionnels : ponctualité, respect, autonomie, sens des responsabilités.</w:t>
        <w:br/>
        <w:br/>
        <w:br/>
        <w:br/>
        <w:t>La communication en entreprise : savoir écouter, s’exprimer clairement, travailler en équipe.</w:t>
        <w:br/>
        <w:br/>
        <w:br/>
        <w:br/>
        <w:t>L’adaptation et l’intégration : gérer le stress, s’adapter aux changements, apprendre continuellement.</w:t>
        <w:br/>
        <w:br/>
        <w:br/>
        <w:br/>
        <w:t>La santé et sécurité au travail : adopter des pratiques sécuritaires et responsables.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