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statistique descriptive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Leboucher, Lucien/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9782364931824</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séries statistiques simples (variables qualitatives et quantitatives)/ paramètres de position (moyenne, médiane, mode, quartiles)/ </w:t>
            </w:r>
          </w:p>
        </w:tc>
      </w:tr>
    </w:tbl>
    <w:p>
      <w:pPr>
        <w:pStyle w:val="Heading3"/>
      </w:pPr>
      <w:r>
        <w:t>Résumé :</w:t>
      </w:r>
    </w:p>
    <w:p>
      <w:r>
        <w:t>Cet ouvrage propose un apprentissage par la pratique de la statistique descriptive. Les exercices, fondés le plus souvent sur des données réelles, sont réalisés avec un tableur. L'utilisateur est guidé dans leur réalisation, de sorte qu'il peut les faire sans rencontrer de difficultés insurmontables. De cette façon, il acquiert un bagage de connaissances et de savoir-faire qui lui permettront, le jour où il sera en situation de traiter des données statistiques, de disposer des outils adaptés, de penser à les utiliser et de savoir s'en servir. Les cours et exercices sont organisés en quatre chapitres : - présentation des données statistiques ; - indicateurs statistiques concernant l'étude d'une variable (position, dispersion, indices, concentration) ; - étude de distributions statistiques à deux variables (régression, corrélation) ; - étude de séries chronologiques. Ce livre sera utile à toute personne conduite à utiliser des données statistiques, qu'il s'agisse de faire un rapport ou de rédiger un mémoire. Il a été conçu pour être accessible au plus grand nombre ; les étudiants en sciences humaines et sociales de première et deuxième année de licence en tireront particulièrement profit.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