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industrielles pour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Mosser, Jean-Dominique/ Tanoh, Jacques/ Leclercq, Pascal/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9782100534197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 industrielle/ </w:t>
            </w:r>
          </w:p>
        </w:tc>
      </w:tr>
    </w:tbl>
    <w:p>
      <w:pPr>
        <w:pStyle w:val="Heading3"/>
      </w:pPr>
      <w:r>
        <w:t>Résumé :</w:t>
      </w:r>
    </w:p>
    <w:p>
      <w:r>
        <w:t>l'ouvrage aborde l'analyse, la commande et le contrôle des servomécaniques. Des remarques pédagogiques pour mieux comprendre le cours et identifier les difficultés. Une synthèse des savoirs et savoir-faire à la fin de chaque chapitre. De nombreux exercices, accessibles, à difficulté progressive. Des exercices d'application directe pour réviser le cours, maîtriser les méthodes et mécanismes de base. Des exercices d'approfondissement pour aller plus loin. Tous les corrigés détaillés. Les exercices d'application et d'approfondissement sont tous intégralement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