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applicable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géographie applicable(N°:None)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2225713901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technique de l'environnement/ </w:t>
            </w:r>
          </w:p>
        </w:tc>
      </w:tr>
    </w:tbl>
    <w:p>
      <w:pPr>
        <w:pStyle w:val="Heading3"/>
      </w:pPr>
      <w:r>
        <w:t>Résumé :</w:t>
      </w:r>
    </w:p>
    <w:p>
      <w:r>
        <w:t>Ce livre présente la géomorphologie comme une science appliquée, utile pour comprendre et gérer les milieux naturels.L’auteur explique comment les formes du relief (montagnes, vallées, plaines, littoraux) résultent de l’action combinée de différents processus : érosion, altération, transport et dépôt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