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Tectonique des plaques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Amaudric du Chaffaut,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CRDP de l'Académie de Grenoble/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Focus(N°:None)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9782866224851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tectonique des plaques/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la théorie de la tectonique des plaques comme le modèle fondamental permettant d’expliquer le fonctionnement global de la Terre, souvent appelée « machine Terre ».L’auteur montre que tous les grands phénomènes géologiques observés (séismes, volcanisme, formation des montagnes) s’expliquent par les mouvements des plaques lithosphériques à la surface du globe.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