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pratiques de calcul des circuits pour la radiotechnique et la télévision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Bureau d'études de laTexas Instruments incorporated/ Choquet, René 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télévision analogique/ méthode pratique/ calcul de circuit/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 guide pratique consacré aux méthodes de calcul utilisées dans la conception et l’analyse des circuits électroniques appliqués à la radiotechnique et à la télévision analogique. il s’adresse principalement aux techniciens, ingénieurs et étudiants souhaitant maîtriser les outils essentiels pour dimensionner et comprendre les circuits.</w:t>
        <w:br/>
        <w:br/>
        <w:t>l’ouvrage met l’accent sur une approche concrète et appliquée, en privilégiant les formules utiles, les abaques, et les exemples numériques directement exploitables dans des situations réelles.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