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Dubois, Jacques/ Diament,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X-227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 : cours et exercices corrigés(N°:None)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2100491857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géophysique/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destiné à tous ceux qui ont besoin d'acquérir les notions de base de la géophysique. Il sera également utile aux Candidats aux concours d'enseignement.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