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transmissions analogiques et numériques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Adel/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9782729877965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communication/ transmission de signaux/ </w:t>
            </w:r>
          </w:p>
        </w:tc>
      </w:tr>
    </w:tbl>
    <w:p>
      <w:pPr>
        <w:pStyle w:val="Heading3"/>
      </w:pPr>
      <w:r>
        <w:t>Résumé :</w:t>
      </w:r>
    </w:p>
    <w:p>
      <w:r>
        <w:t>Couvrant les programmes de L1 et L2 de génie électrique, l’ouvrage accompagnera également utilement les étudiants en masters et les élèves-ingénieurs : il propose sur les transmissions analogiques et numériques et sur la réalisation des systèmes, une vue d’ensemble claire et précise.</w:t>
        <w:br/>
        <w:br/>
        <w:t>une première partie du livre est consacrée aux outils de traitement des signaux dont la connaissance est indispensable. sont notamment analysés quelques montages mélangeurs de signaux et quelques montages d’oscillateurs largement employés en télécommunications.</w:t>
        <w:br/>
        <w:br/>
        <w:t>la deuxième partie développe l’étude de la transmission analogique, dans laquelle on trouve la modulation d’amplitude et la modulation de fréquence (émetteur et récepteur).</w:t>
        <w:br/>
        <w:br/>
        <w:t>la dernière partie aborde l’étude de la transmission numérique qui implique de numériser un signal analogique, le transcoder, le moduler éventuellement, puis le transmettre.</w:t>
        <w:br/>
        <w:br/>
        <w:t>chaque chapitre est complété par un choix d’exercices corrigés permettant d’acquérir une bonne compréhension des techniques de l’électronique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