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Variable speed electric drives.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Caro, Jean/ Chisholm,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407-409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motor control/ vector control/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the fundamental principles and technologies used in variable speed electric drive systems.</w:t>
        <w:br/>
        <w:br/>
        <w:t>It explains how electric motors, power electronic converters, and control systems interact to regulate speed and torque.</w:t>
        <w:br/>
        <w:br/>
        <w:t>The text introduces the theory of electromechanical energy conversion and the dynamic behavior of electric machines.</w:t>
        <w:br/>
        <w:br/>
        <w:t>Special attention is given to DC motors, induction motors, and synchronous motors used in industrial drive systems.</w:t>
        <w:br/>
        <w:br/>
        <w:t>The book describes the role of power semiconductor devices such as diodes, thyristors, and transistors in drive converters.</w:t>
        <w:br/>
        <w:br/>
        <w:t>It also analyzes different converter topologies including rectifiers, choppers, and inverters.</w:t>
        <w:br/>
        <w:br/>
        <w:t>Various speed control techniques are studied, including voltage control, frequency control, and vector control methods.</w:t>
        <w:br/>
        <w:br/>
        <w:t>The dynamic performance and stability of drive systems are examined through modeling and control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