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du signal et statistiques à l'IUT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Gammella-Mathieu, Angela/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527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 p.p. 525-527</w:t>
            </w:r>
          </w:p>
        </w:tc>
      </w:tr>
      <w:tr>
        <w:trPr>
          <w:trHeight w:val="567"/>
        </w:trPr>
        <w:tc>
          <w:tcPr>
            <w:tcW w:type="dxa" w:w="3000"/>
          </w:tcPr>
          <w:p>
            <w:r>
              <w:t>Numéro d'Identification</w:t>
            </w:r>
          </w:p>
        </w:tc>
        <w:tc>
          <w:tcPr>
            <w:tcW w:type="dxa" w:w="7000"/>
          </w:tcPr>
          <w:p>
            <w:r>
              <w:t>9782340030190</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bruité/ modélisation statistique/ </w:t>
            </w:r>
          </w:p>
        </w:tc>
      </w:tr>
    </w:tbl>
    <w:p>
      <w:pPr>
        <w:pStyle w:val="Heading3"/>
      </w:pPr>
      <w:r>
        <w:t>Résumé :</w:t>
      </w:r>
    </w:p>
    <w:p>
      <w:r>
        <w:t>Cet ouvrage consacré aux mathématiques du signal et aux statistiques, est rédigé dans un langage simple mais rigoureux, pour être accessible à un grand public. Principalement destiné aux étudiants préparant un DUT de Mesures Physiques, ce livre couvre aussi les programmes de plusieurs autres IUT et de certains BTS. De plus, il peut être utilisé par les étudiants inscrits à l'université en licence ou en master, par les élèves des classes préparatoires scientifiques et commerciales, par les élèves des classes préparatoires intégrées, par les élèves ingénieurs, par les candidats aux concours de l'enseignement, et, dans une mesure, par tous les professionnels qui utilisent les mathématiques.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