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de la recherche technologique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Duckworth, Walter Eric/ Béhar Le Gall, Jean-Michel/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modélisation statistique/ planification expérimentale/ </w:t>
            </w:r>
          </w:p>
        </w:tc>
      </w:tr>
    </w:tbl>
    <w:p>
      <w:pPr>
        <w:pStyle w:val="Heading3"/>
      </w:pPr>
      <w:r>
        <w:t>Résumé :</w:t>
      </w:r>
    </w:p>
    <w:p>
      <w:r>
        <w:t>Cet ouvrage est une ressource précieuse pour les chercheurs, les ingénieurs et les professionnels de la technologie qui souhaitent utiliser les statistiques de manière efficace dans leur travail. Il combine théorie et applications pratiques, offrant une base solide pour la compréhension et l’application des méthodes statistiques dans la recherche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