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Eclairage de scène automatisé et commande DMX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2866611276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éclairage scénique/ lumière de scène/ </w:t>
            </w:r>
          </w:p>
        </w:tc>
      </w:tr>
    </w:tbl>
    <w:p>
      <w:pPr>
        <w:pStyle w:val="Heading3"/>
      </w:pPr>
      <w:r>
        <w:t>Résumé :</w:t>
      </w:r>
    </w:p>
    <w:p>
      <w:r>
        <w:t>Pour mettre en lumière un spectacle, il a longtemps suffi de connaître les possibilités artistiques des projecteurs fixes, et quelques notions d'électricité. avec les techniques actuels, ces bases sont cruellement insuffisantes. voici donc le premier livre français consacré pour plus de la moitié à la commande à distance, à l'automatisation, aux protocoles modernes tels dmx512 ou midi, et à leur utilisation. ecrit par un spécialiste français de l'éclairage automatisé, praticien passionné à la fois de théâtre, de musique, de scène et d'électronique, ce livre donne les éléments théoriques indispensables, puis les met aussitôt en pratique, à la portée de lecteurs désireux de comprendre et d'agir sur leurs installations. conformément à la tradition de nos publications, les schémas des circuits figurent dans le livre, dûment expliqués, et les dessins des circuits imprimés peuvent être reproduits aisément. on trouvera notamment une interface pour commander des appareils en dmx512 à partir du port centronics de n'importe quel ordinateur, un démultiplexeur dmx à sorties analogiques avec une extension à relais, un gradateur professionnel, un contrôleur de moteur à courant continu et une commande de servomoteur. sur le cd-rom offert, le lecteur trouvera des programmes avec lesquels il pourra lui-même commander, tester, évaluer les montages qu'il aura réalisés. le métier d'éclairagiste ne s'apprend qu'au contact de spécialistes, sur le terrain. l'expérience et le doigté ne se gravent pas sur cd-rom et ne s'impriment pas sur papier, mais ce livre contribuera à développer les talents d'éclairagiste de ceux qui le liront, amateurs ou professionnels. il sera leur compagnon sur le chemin plein d'imprévus des innombrables possibilités offertes par les techniques numériques de commande de lumière.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