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potentiel, chapitres V à VIII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Dellacherie, Claude/ Meyer, Paul-André/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de mathématique de l'Université de Strasbourg(N°:17)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449-467. Index p.p. 469-476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2705613854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compensateur/ crochet oblique/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d'un niveau mathématique très élevé (Doctorat/Recherche). Il nécessite une excellente maîtrise de la topologie et de la théorie de la mesure de Lebesgue.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