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Bouillot, René/ Galès,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Index p.p. 437-440</w:t>
            </w:r>
          </w:p>
        </w:tc>
      </w:tr>
      <w:tr>
        <w:trPr>
          <w:trHeight w:val="567"/>
        </w:trPr>
        <w:tc>
          <w:tcPr>
            <w:tcW w:type="dxa" w:w="3000"/>
          </w:tcPr>
          <w:p>
            <w:r>
              <w:t>Numéro d'Identification</w:t>
            </w:r>
          </w:p>
        </w:tc>
        <w:tc>
          <w:tcPr>
            <w:tcW w:type="dxa" w:w="7000"/>
          </w:tcPr>
          <w:p>
            <w:r>
              <w:t>9782100055432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camera vidéo/ capteur d'image/ </w:t>
            </w:r>
          </w:p>
        </w:tc>
      </w:tr>
    </w:tbl>
    <w:p>
      <w:pPr>
        <w:pStyle w:val="Heading3"/>
      </w:pPr>
      <w:r>
        <w:t>Résumé :</w:t>
      </w:r>
    </w:p>
    <w:p>
      <w:r>
        <w:t xml:space="preserve">Unique en son genre et fidèle à l'esprit des indispensables cours de photographie de rené bouillot, ce cours de vidéo dresse un panorama exhaustif des aspects théoriques, esthétiques et techniques de la vidéo, tant du point de vue des matériels que des pratiques : </w:t>
        <w:br/>
        <w:br/>
        <w:t>Art vidéo et tournage : généralités sur la prise de vues. langage et syntaxe. stabilité de l'image et mouvements de caméra. lumière et éclairage. écriture et mise en scène. esthétique de la bande sonore dans le montage. esthétique et authoring dvd et blu-ray.</w:t>
        <w:br/>
        <w:br/>
        <w:t xml:space="preserve"> Equipements de prise de vues : principes de l'enregistrement de l'image et des sons. fonctions et accessoires du camescope. matériels de prise de son et d'éclairage. </w:t>
        <w:br/>
        <w:br/>
        <w:t xml:space="preserve">Montage et post-production : bases et étapes des montages image et audio. logiciels de montage et modules annexes. logiciels de création de menus interactifs dvd et blu-ray. masterisation vidéo et diffusion. montage en ligne et banques d'images. </w:t>
        <w:br/>
        <w:br/>
        <w:t>Complément technique : télévision et vidéo. principes et formats de la vidéo numérique. supports d'enregistrement. connectique et branchements. illustré par près de 400 schémas et photographies, cet ouvrage de référence est un véritable outil d'apprentissage, de travail ou de perfectionnement pour les amateurs avertis, les étudiants et les professionnels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