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l'hydrologie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Sari Ahmed, Abdelwaheb/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9789961666685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 de surface/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d’introduction à l’hydrologie de surface, destiné principalement aux étudiants et aux ingénieurs (génie civil, hydraulique, agronomie). Il présente les bases nécessaires pour comprendre le comportement de l’eau à la surface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