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Voyage au coeur du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Bouton, Fanny/ Berthoud, Sebastien/ Caulier, Grégory/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MM2 édition/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Usage(N°:None)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2916260005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innovation technologique/ transformation digitale/ </w:t>
            </w:r>
          </w:p>
        </w:tc>
      </w:tr>
    </w:tbl>
    <w:p>
      <w:pPr>
        <w:pStyle w:val="Heading3"/>
      </w:pPr>
      <w:r>
        <w:t>Résumé :</w:t>
      </w:r>
    </w:p>
    <w:p>
      <w:r>
        <w:t>Les auteurs forment un trio complémentaire pour ce sujet d'actualité. fanny bouton s'est taillée une grande réputation grâce à son expertise, aux inimitables fanny's party et à ses chroniques télévisées sur les technologies et les gadgets... les journalistes sébastien berthoud et gregory caulier animent l'expertise de fanny avec un style très " paillettes cannoises " qui fait monter les marches à tous les objets de notre avenir.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