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pratique de l'électronique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Bourgeron,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Guides pratiques industriels(N°:None)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201167574x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générale/ 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élèves de lycées professionnels et aux auditeurs de la formation continue, ce guide pratique, qui regroupe les connaissances de base d'un électronicien est à la fois : - un aide-mémoire qui donne les principales lois de l'électricité et de l'électronique, - un résumé de la technologie des composants ; - un formulaire. cet ouvrage permet de découvrir ou de retrouver facilement les principes de l'électronique tout en évitant de longues analyses mathématiques de façon à mettre l'accent sur les notions fondamentales.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