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composants électroniques. T2, diodes, transistors, thyristors, circuits intégrés, opto-électronique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2709108720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électronique/ opto‑électronique/ </w:t>
            </w:r>
          </w:p>
        </w:tc>
      </w:tr>
    </w:tbl>
    <w:p>
      <w:pPr>
        <w:pStyle w:val="Heading3"/>
      </w:pPr>
      <w:r>
        <w:t>Résumé :</w:t>
      </w:r>
    </w:p>
    <w:p>
      <w:r>
        <w:t>Cette 5e édition est totalement nouvelle par son plan et par son contenu. nous l'avons voulue en conformité avec la technologie actuelle et avec son évolution prochaine. l'esprit de se livre n'a cependant pas été modifié, nous avons toujours voulu qu'il soit rigoureux, précis et clair, concis et facilement assimilable, sans avoir recours à des démonstrations mathématiques d'un niveau élevé.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