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Bathias,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Mécanique et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9782100526086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