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granulométriques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Rivière,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IX-170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et méthodes sédimentologiques(N°:None)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165-167.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2225461120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granulométrie/ Roches détritiques/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 ouvrage de référence en sédimentologie consacré à l’étude de la granulométrie, c’est-à-dire la distribution des tailles des particules dans un sédiment. Il présente à la fois les techniques de mesure et les méthodes d’interprétation des données granulométriques.</w:t>
        <w:br/>
        <w:br/>
        <w:t>L’auteur commence par définir la granulométrie et expliquer les étapes nécessaires à une analyse fiable : prélèvement des échantillons, préparation (lavage, dispersion, séparation des fractions fines et grossières) et choix des méthodes adaptées.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