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de l'école polytechnique fédérale de Lausanne. V3, analyse des structures et milieux continus, mécanique des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Frey, François/ Walther, René/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XII-192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9782889150090</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des solides/ cinématique des milieux continus/ résistance des matériaux/ treillis/ calcul matriciel/ </w:t>
            </w:r>
          </w:p>
        </w:tc>
      </w:tr>
    </w:tbl>
    <w:p>
      <w:pPr>
        <w:pStyle w:val="Heading3"/>
      </w:pPr>
      <w:r>
        <w:t>Résumé :</w:t>
      </w:r>
    </w:p>
    <w:p>
      <w:r>
        <w:t>Abordant les problèmes spécifiquement bidimensionnels et tridimensionnels de l'ingénieur, ce troisième volume enrichit l'étude des notions présentées dans les volumes 1 Statique appliquée et 2 Mécanique des structures, donnant ainsi à l'ensemble de ces volumes une vue complète et unifiée de l'analyse des structures et milieux continus.</w:t>
        <w:br/>
        <w:br/>
        <w:t>L'originalité de ce livre réside dans son caractère synthétique et rationnel. Seules les notions réellement utiles sont abordées, avec un esprit d'ingénieur et un formalisme mathématique simple. Le but est de poser des bases solides permettant d'aborder par la suite des notions plus ardues avec sûreté.</w:t>
        <w:br/>
        <w:br/>
        <w:t>La mécanique des solides prend aujourd'hui une importance considérable, car ses équations sont effectivement résolues grâce aux méthodes numériques puissantes qui permettent à l'ingénieur de résoudre quasiment tout problème de mécanique des solides : il est donc essentiel d'avoir une connaissance approfondie de cette discipline.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