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 statistiques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Macgee, Victor E./ Pigois, Alain/ Fercoq, Auguste/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407-410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2711721396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de perte/ gain espéré/ </w:t>
            </w:r>
          </w:p>
        </w:tc>
      </w:tr>
    </w:tbl>
    <w:p>
      <w:pPr>
        <w:pStyle w:val="Heading3"/>
      </w:pPr>
      <w:r>
        <w:t>Résumé :</w:t>
      </w:r>
    </w:p>
    <w:p>
      <w:r>
        <w:t>Cet ouvrage un manuel de transition qui apprend au lecteur à ne plus être un simple exécutant de tests statistiques, mais un analyste capable d'intégrer son propre jugement dans un cadre mathématique rigoureux.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