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appliquée, examens d'électronicien ( C.A.P. B.EP B.P B.T)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Bibal, Maurice/ Heiny, Paul/ Chevalier,M/ Cluzel,R/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Techniques et normalisation(N°:None)</w:t>
            </w:r>
          </w:p>
        </w:tc>
      </w:tr>
      <w:tr>
        <w:trPr>
          <w:trHeight w:val="567"/>
        </w:trPr>
        <w:tc>
          <w:tcPr>
            <w:tcW w:type="dxa" w:w="3000"/>
          </w:tcPr>
          <w:p>
            <w:r>
              <w:t>Numéro d'Identification</w:t>
            </w:r>
          </w:p>
        </w:tc>
        <w:tc>
          <w:tcPr>
            <w:tcW w:type="dxa" w:w="7000"/>
          </w:tcPr>
          <w:p>
            <w:r>
              <w:t>2206002969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amplification électronique/ commutation électronique/ </w:t>
            </w:r>
          </w:p>
        </w:tc>
      </w:tr>
    </w:tbl>
    <w:p>
      <w:pPr>
        <w:pStyle w:val="Heading3"/>
      </w:pPr>
      <w:r>
        <w:t>Résumé :</w:t>
      </w:r>
    </w:p>
    <w:p>
      <w:r>
        <w:t>Le livre Électronique appliquée – Examens d’électronicien de Bibal A. présente les principes fondamentaux de l’électronique appliquée à travers des exercices et sujets d’examens corrigés. Il commence par rappeler les bases de l’électricité, notamment les grandeurs électriques, la loi d’Ohm et les lois de Kirchhoff utilisées dans l’analyse des circuits. L’ouvrage introduit ensuite les composants électroniques passifs tels que les résistances, les condensateurs et les inductances. Il explique également le fonctionnement des semi-conducteurs et des diodes utilisées dans les circuits de redressement. Une partie importante est consacrée aux transistors bipolaires et à leur rôle dans l’amplification et la commutation des signaux. Le livre aborde aussi les amplificateurs électroniques et les amplificateurs opérationnels utilisés dans le traitement analogique du signal. Les circuits de filtrage et les systèmes de génération de signaux sont également étudiés. L’ouvrage met l’accent sur les applications pratiques et la résolution méthodique des problèmes d’électronique. Plusieurs sujets d’examens permettent de mettre en pratique les connaissances théoriques. Ce livre constitue ainsi un outil pédagogique essentiel pour la préparation aux examens et la maîtrise des circuits électroniques appliqués.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