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Connaissances pratiques de technique automobile.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Bagha, Cheriet/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23.5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technique automobile/ mécanique automobile/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guide complet destiné à comprendre les bases pratiques de la mécanique automobile. Il s’adresse aux étudiants, apprentis et techniciens souhaitant maîtriser le fonctionnement des principaux systèmes d’un véhicule.</w:t>
        <w:br/>
        <w:br/>
        <w:br/>
        <w:br/>
        <w:t>Le livre met l’accent sur une approche simple, progressive et appliquée, combinant théorie et pratique.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