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L'adaptation au changement climatique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Gameren, Valentine van/ Weikmans, Romain/ Zaccaï, Edwin/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la Découverte/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graph., carte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Repères : écologie(N°:634)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et webliogr. p.p. 109-119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9782707174697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Changements climatiques/ politique publique/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