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 pour ingénieurs. V1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Beer, Ferdinand P/ Johnston, Elwood Russell/ Mazurek, David F./ Eisenberg, Elliot/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édition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Chenelière McGraw-Hill/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588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27.5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9782765106203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mécanique/ statistique/ </w:t>
            </w:r>
          </w:p>
        </w:tc>
      </w:tr>
    </w:tbl>
    <w:p>
      <w:pPr>
        <w:pStyle w:val="Heading3"/>
      </w:pPr>
      <w:r>
        <w:t>Résumé :</w:t>
      </w:r>
    </w:p>
    <w:p>
      <w:r>
        <w:t>Ce livre est une référence en mécanique appliquée à l’ingénierie. Il présente de manière progressive les principes fondamentaux permettant d’analyser les forces, le mouvement et l’équilibre des corps.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