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de tous les jours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Berkes, István/ Guézou, Yves/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2711752380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vulgarisation scientifique/ philosophie/ </w:t>
            </w:r>
          </w:p>
        </w:tc>
      </w:tr>
    </w:tbl>
    <w:p>
      <w:pPr>
        <w:pStyle w:val="Heading3"/>
      </w:pPr>
      <w:r>
        <w:t>Résumé :</w:t>
      </w:r>
    </w:p>
    <w:p>
      <w:r>
        <w:t>Le livre La physique de tous les jours de István Berkes explique de manière simple et accessible les phénomènes physiques que l’on observe dans la vie quotidienne. L’auteur montre que la physique est présente partout, à travers des exemples concrets liés à la chaleur, à l’électricité, à la lumière ou encore aux comportements des solides, liquides et gaz. À partir de questions pratiques, il propose des explications claires, souvent illustrées, permettant de comprendre les lois fondamentales de la nature sans recourir à des formules complexes. Ainsi, le livre met en évidence que la physique n’est pas une science abstraite, mais un outil essentiel pour comprendre le monde qui nous entoure.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