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Ensembles électroniques de gestion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Bauvin,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Hommes et techniques/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gestion/ magnétisme/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réédition numérique d'un livre paru au XXe siècle, désormais indisponible dans son format d'origine.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