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power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Bhattacharya, S.K./ Hariharan, R/ Kothari, D P/ </w:t>
            </w:r>
          </w:p>
        </w:tc>
      </w:tr>
      <w:tr>
        <w:trPr>
          <w:trHeight w:val="567"/>
        </w:trPr>
        <w:tc>
          <w:tcPr>
            <w:tcW w:type="dxa" w:w="3000"/>
          </w:tcPr>
          <w:p>
            <w:r>
              <w:t>Adresse bib.</w:t>
            </w:r>
          </w:p>
        </w:tc>
        <w:tc>
          <w:tcPr>
            <w:tcW w:type="dxa" w:w="7000"/>
          </w:tcPr>
          <w:p>
            <w:r>
              <w:t xml:space="preserve">vikas publishing house pvt ltd/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Iste learning materials(N°:None)</w:t>
            </w:r>
          </w:p>
        </w:tc>
      </w:tr>
      <w:tr>
        <w:trPr>
          <w:trHeight w:val="567"/>
        </w:trPr>
        <w:tc>
          <w:tcPr>
            <w:tcW w:type="dxa" w:w="3000"/>
          </w:tcPr>
          <w:p>
            <w:r>
              <w:t>Numéro d'Identification</w:t>
            </w:r>
          </w:p>
        </w:tc>
        <w:tc>
          <w:tcPr>
            <w:tcW w:type="dxa" w:w="7000"/>
          </w:tcPr>
          <w:p>
            <w:r>
              <w:t>8125918531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power electronic/ electrical power conversion/ </w:t>
            </w:r>
          </w:p>
        </w:tc>
      </w:tr>
    </w:tbl>
    <w:p>
      <w:pPr>
        <w:pStyle w:val="Heading3"/>
      </w:pPr>
      <w:r>
        <w:t>Résumé :</w:t>
      </w:r>
    </w:p>
    <w:p>
      <w:r>
        <w:t>The application of power electronics is increasingly being seen in residential, commercial, industrial, transportation, aerospace, and telecommunication systems. an electrical, electronics or control systems engineer needs to understand the basic devices used in the electronic control of such systems. power electronics has therefore become a compulsory applied engineering subject of study at both undergraduate and diploma levels. fundamentals of power electronics will serve as a basic book for all engineering students. the material has been presented in a modular form following a particular pattern keeping in view the principles of effective learning. the language used is simple so that an average student can easily understand the matter presented. experiments with instructions have also been included for the benefit of students and teachers.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