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Carrieu,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Enseignement sup.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"L3M1"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9782759800063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de probabilité/ loi binomiale/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 d'exercices corrigés complète le livre " Probabilité " de Philippe Barbe et Michel Ledoux, édité dans la même collection et destiné aux étudiants de Licence ou Master de mathématiques (L3-M1). Il en reprend l'ensemble des énoncés de fins de chapitres et propose des solutions détaillées.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