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Introductory Statistics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Twaite ,James A/ </w:t>
            </w:r>
          </w:p>
        </w:tc>
      </w:tr>
      <w:tr>
        <w:trPr>
          <w:trHeight w:val="567"/>
        </w:trPr>
        <w:tc>
          <w:tcPr>
            <w:tcW w:type="dxa" w:w="3000"/>
          </w:tcPr>
          <w:p>
            <w:r>
              <w:t>Adresse bib.</w:t>
            </w:r>
          </w:p>
        </w:tc>
        <w:tc>
          <w:tcPr>
            <w:tcW w:type="dxa" w:w="7000"/>
          </w:tcPr>
          <w:p>
            <w:r>
              <w:t xml:space="preserve">Éditions ENI, copyright/ </w:t>
            </w:r>
          </w:p>
        </w:tc>
      </w:tr>
      <w:tr>
        <w:trPr>
          <w:trHeight w:val="567"/>
        </w:trPr>
        <w:tc>
          <w:tcPr>
            <w:tcW w:type="dxa" w:w="3000"/>
          </w:tcPr>
          <w:p>
            <w:r>
              <w:t>Nombre de Pages</w:t>
            </w:r>
          </w:p>
        </w:tc>
        <w:tc>
          <w:tcPr>
            <w:tcW w:type="dxa" w:w="7000"/>
          </w:tcPr>
          <w:p>
            <w:r>
              <w:t>592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589-592</w:t>
            </w:r>
          </w:p>
        </w:tc>
      </w:tr>
      <w:tr>
        <w:trPr>
          <w:trHeight w:val="567"/>
        </w:trPr>
        <w:tc>
          <w:tcPr>
            <w:tcW w:type="dxa" w:w="3000"/>
          </w:tcPr>
          <w:p>
            <w:r>
              <w:t>Numéro d'Identification</w:t>
            </w:r>
          </w:p>
        </w:tc>
        <w:tc>
          <w:tcPr>
            <w:tcW w:type="dxa" w:w="7000"/>
          </w:tcPr>
          <w:p>
            <w:r>
              <w:t>0673150976</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Statistique descriptive : Tableaux de fréquences, mesures de tendance centrale (moyenne, médiane)./ variabilité : Écart-type, variance, étendue/ </w:t>
            </w:r>
          </w:p>
        </w:tc>
      </w:tr>
    </w:tbl>
    <w:p>
      <w:pPr>
        <w:pStyle w:val="Heading3"/>
      </w:pPr>
      <w:r>
        <w:t>Résumé :</w:t>
      </w:r>
    </w:p>
    <w:p>
      <w:r>
        <w:t>"Introductory Statistics" de James A. Twaite est un manuel pédagogique conçu pour introduire les concepts statistiques fondamentaux à des étudiants n'ayant pas nécessairement un bagage mathématique poussé. L'auteur privilégie la compréhension conceptuelle et l'interprétation des données plutôt que la simple mémorisation de formules complexes.</w:t>
        <w:br/>
        <w:br/>
        <w:br/>
        <w:br/>
        <w:t>L'ouvrage guide le lecteur à travers l'organisation des données, les probabilités de base, et culmine avec la statistique inférentielle. Il est particulièrement reconnu pour ses nombreux exemples tirés des sciences sociales, de l'éducation et de la psychologie, rendant la matière concrète et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